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לפני הבחירות – חידון וזיהוי פייק ניוז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הבחירות לכנסת וזיהוי פייק ניוז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עקרונות הבחירות לפי חוק יסוד: הכנסת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מאפיינים של ידיעות כוזבות (פייק ניוז)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מיומנויות אימות מידע לפני הבחירות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שוות, חשאיות ויחסיות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אף אחד לא יודע למי הצבעת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120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אין חלוקה לאזורי בחירה נפרדים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מספר המושבים נקבע לפי אחוז הקולות שקיבלה הרשימה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יש לבדוק את המקור ואת האמינות לפני שמאמינים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חשאיות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פייק ניוז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אימות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(כל אזרח בוגר רשאי להצביע)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(הבוחר מצביע ישירות עבור רשימה, ללא נציגים באמצע)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(מספר המושבים נקבע לפי אחוז הקולות)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(ידיעה כוזבת המוצגת כאמיתית)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צעדים לבדיקת ידיעה חשודה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לקרוא את הכותרת והתוכן של הידיעה בעיון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לבדוק מי פרסם את הידיעה ומהו המקור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לחפש אם מקורות מהימנים נוספים מדווחים על אותו הדבר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לבדוק את תאריך הפרסום של הידיעה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יסביר/תסביר שידיעות כוזבות עלולות להטעות בוחרים, לפגוע באמון הציבור ולהשפיע באופן לא הוגן על תוצאות הבחירות; חשוב לבדוק מקורות ולוודא אמינות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כלליות/ארציות/ישירות/שוות/חשאיות/יחסיות - כל שלוש תשובות נכונות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לבדוק את המקור/מי פרסם את הידיעה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3.25%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בדיון קצר על ידיעה אמיתית מול ידיעה כוזבת שהתלמידים נתקלו 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לחזק את ההבחנה בין עובדה לדעה לפני תרגול זיהוי הפייק ניוז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לאפשר שיתוף בעל פה של כמה תשובות במליאה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לפני הבחירות – חידון וזיהוי פייק ניוז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הבחירות לכנסת וזיהוי פייק ניוז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מושגי יסוד על הבחירות לכנסת ונלמד כיצד לזהות ידיעות כוזבות שמתפרסמות בתקופת הבחירות.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אימות  ·  חשאיות  ·  שוות  ·  פייק ניוז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לפי חוק יסוד: הכנסת, הבחירות הן כלליות, ארציות, ישירות ועוד שלוש תכונות. מהן?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אזוריות, אישיות וגלויות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חובה, חינם וקבועות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שוות, חשאיות ויחסיות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מהי משמעות המילה 'חשאיות' בהקשר הבחירות?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כל קול שווה בערכו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אף אחד לא יודע למי הצבעת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הבחירות מתקיימות בכל הארץ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כמה חברי כנסת יושבים בכנסת 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61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120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בחירות 'ארציות' פירושן שכל הארץ היא אזור בחירה אחד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בחירות 'יחסיות' פירושן שכל רשימה מקבלת מספר קבוע של מושבים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ידיעה שמתפרסמת ברשת חברתית היא בהכרח אמיתית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בבחירות __________ כל קול שווה בערכו לקול אחר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בבחירות __________ אף אחד לא יודע למי הצביע הבוחר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ידיעה כוזבת שנראית כמו חדשות אמיתית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4. לפני שמאמינים לידיעה חשוב לבצע __________ מידע מול מקורות נוספים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בחירות כלליות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מספר המושבים נקבע לפי אחוז הקולות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בחירות ישירות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ידיעה כוזבת המוצגת כאמיתית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בחירות יחסיות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הבוחר מצביע ישירות עבור רשימה, ללא נציגים באמצע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פייק ניוז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כל אזרח בוגר רשאי להצביע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צעדים לבדיקת ידיעה חשודה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לבדוק את תאריך הפרסום של הידיעה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לקרוא את הכותרת והתוכן של הידיעה בעיון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לבדוק מי פרסם את הידיעה ומהו המקור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לחפש אם מקורות מהימנים נוספים מדווחים על אותו הדבר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פסקה קצרה המסבירה מדוע חשוב לבדוק ידיעות לפני שמשתפים אותן בתקופת הבחירות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מהן שלוש מתוך שש התכונות של הבחירות לכנסת?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הדבר הראשון שצריך לבדוק כשרואים ידיעה חשודה ברשת?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הבחירות לכנסת וזיהוי פייק ניוז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