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הבחירות לכנסת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הבחירות לפי חוק יסוד: הכנסת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מאפיינים של ידיעות כוזבות (פייק ניוז)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אימות מידע לפני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שוות, חשאיות ויחסיות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3.25%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לבדוק מול כמה מקורות מהימנים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כותרת מוגזמת ומעוררת רגשות חזקים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אין חלוקה לאזורי בחירה נפרדים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המושבים נקבע לפי אחוז הקולות שקיבלה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לבדוק את המקור ואת האמינות לפני שמאמינים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עריכת תמונות היא כלי נפוץ ליצירת פייק ניוז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לפעמים מפיצים ידיעות ישנות כאילו הן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כל אזרח מצביע פעם אחת בלבד, כביטוי לעיקרון השוויון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פייק ניוז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חסימה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(כל אזרח בוגר רשאי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(הבוחר מצביע ישירות עבור רשימה, ללא נציגים באמצע)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(מספר המושבים נקבע לפי אחוז הקולות)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(ידיעה כוזבת המוצגת כאמיתית)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(גוף שאפשר לבדוק ולסמוך על המידע שלו)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צעדים לבדיקת ידיעה חשודה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הכותרת והתוכן של הידיעה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מי פרסם את הידיעה ומהו 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לחפש אם מקורות מהימנים נוספים מדווחים על אותו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את תאריך הפרסום של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להחליט אם לשתף את הידיעה או לא, בהתאם לממצאים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יסביר/תסביר שידיעות כוזבות עלולות להטעות בוחרים, לפגוע באמון הציבור ולהשפיע באופן לא הוגן על תוצאות הבחירות; חשוב לבדוק מקורות ולוודא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יוזכרו שלוש מתוך: כלליות, ארציות, ישירות, שוות, חשאיות, יחסיות - עם הסבר קצר ואישי לחשיבות 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כלליות/ארציות/ישירות/שוות/חשאיות/יחסיות - כל שלוש תשובות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את המקור/מי פרסם את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3.25%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ידיעה אמיתית מול ידיעה כוזבת שהתלמידים נתקלו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עובדה לדעה לפני תרגול זיהוי הפייק ניוז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בעל פה של כמה תשובות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הבחירות לכנסת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 יסוד על הבחירות לכנסת ונלמד כיצד לזהות ידיעות כוזבות שמתפרסמות בתקופת הבחירות.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חוק יסוד: הכנסת, הבחירות הן כלליות, ארציות, ישירות ועוד שלוש תכונות. מהן?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אזוריות, אישיות וגלויות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חובה, חינם וקבועות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שוות, חשאיות ויחסיות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פתוחות, מהירות ודיגיטליות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משמעות המילה 'חשאיות' בהקשר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קול שווה בערכו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אחד לא יודע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הבחירות מתקיימות בכל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להצביע רק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אחוז החסימה הנדרש כיום כדי שרשימה תיכנס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3.25%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חברי כנסת יושבים בכנסת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אחת הדרכים הטובות ביותר לבדוק אם ידיעה היא פייק ניוז?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כמה אנשים שיתפו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אם היא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מול כמה מקורות מהימנים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אם הכותרת מושכת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מאפיין לעיתים קרובות כותרות של פייק ניוז?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רגועה ומדויקת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מוגזמת ומעוררת רגשות חזקים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קצרה מאוד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עם תאריך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בחירות 'ארציות' פירושן שכל הארץ היא אזור בחירה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בחירות 'יחסיות' פירושן שכל רשימה מקבלת מספר קבוע של מושבים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ידיעה שמתפרסמת ברשת חברתית היא בהכרח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שעברה עריכה דיגיטלית יכולה לשמש להפצת מידע כוזב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תאריך הפרסום של ידיעה יכולה לעזור לזהות אם היא מטעה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לכנסת, אזרח יכול להצביע פעמיים כדי לחזק את הקול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בבחירות __________ כל קול שווה בערכו לקול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בבחירות __________ אף אחד לא יודע למי הצביע הבוחר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ידיעה כוזבת שנראית כמו חדשות אמיתית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שמאמינים לידיעה חשוב לבצע __________ מידע מול מקורות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רשימה שלא עוברת את אחוז ה__________ לא נכנסת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בכנסת ישראל יושבים __________ חברי 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בחירות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ידיעה כוזבת המוצגת כאמיתית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בחירות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שאפשר לבדוק ולסמוך על המידע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בחירות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הבוחר מצביע ישירות עבור רשימה, ללא נציגים באמצע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פייק ניוז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המושבים נקבע לפי 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מקור מהימן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אזרח בוגר רשאי להצביע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צעדים לבדיקת ידיעה חשודה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לשתף את הידיעה או לא, בהתאם לממצאים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אם מקורות מהימנים נוספים מדווחים על אותו הדבר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מי פרסם את הידיעה ומהו המקור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הכותרת והתוכן של הידיעה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תאריך הפרסום של הידיעה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המסבירה מדוע חשוב לבדוק ידיעות לפני שמשתפים אותן בתקופת הבחירות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שלוש תכונות של הבחירות הדמוקרטיות לכנסת, והסבירו במילים שלכם למה כל אחת מהן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מתוך שש התכונות של הבחירות לכנסת?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הדבר הראשון שצריך לבדוק כשרואים ידיעה חשודה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אחוז החסימה הנדרש כיום להיכנס לכנסת?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הבחירות לכנסת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